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המילה המתאימה מבין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נרדפות ובהפכים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הקשר בין המילים?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אור וחושך הפוכים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עם שתי מילים נרדפות קרובות במשמעות, תחביר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נרדפת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הפך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הפכים תקין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מילת היום סוף כפתיחה ולבקש מהתלמידים למצוא נרדפת והפך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המשפטים בקול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ארץ המילים לומדים על מילים נרדפות (מילים שדומות במשמעות) ועל הפכים (מילים הפוכות במשמעות), דרך משחקים ומילת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ענק  ·  לילה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הקשר בין המילים?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שמח /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גדול /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יום /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נרדפות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גדול היא הפך של המילה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אור וחושך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מהמילה יום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נרדפת למילה גדול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שתי מילים נרדפות (למשל: שמח ועליז)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נרדפת?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הפך?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