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🌈 ארץ המילים – מילים נרדפות והפכים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נרדפות והפכים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מילים נרדפות ומילים הפכים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לבחור את המילה המתאימה מבין נרדפות והפכים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להשתמש במילים נרדפות ובהפכים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מה הקשר בין המילים?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נרדפות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הפכים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נרדפות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הפכים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 – נרדפות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הפכים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ג – נרדפות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ד – הפכים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שתי המילים הפוכות במשמעות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שתי המילים נרדפות, לא הפכים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אור וחושך הפוכים במשמעות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מהר ולאט הן הפכים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גבוה ונמוך הפוכים במשמעות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ענק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סגור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עליז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יורד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כל מילה להפך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(עצוב)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(נמוך)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(סגור)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(חושך)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(לאט)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שלם עם שתי מילים נרדפות קרובות במשמעות, תחביר תקין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שלם עם זוג מילים הפכים ברור, תחביר תקין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 נכונה של נרדפת עם דוגמה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 נכונה של הפך עם דוגמה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זוג הפכים תקין מהשיעור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מילת היום סוף כפתיחה ולבקש מהתלמידים למצוא נרדפת והפך בעצמם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את המשפטים בקול לפני מילוי התשובות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להשמיט את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🌈 ארץ המילים – מילים נרדפות והפכים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נרדפות והפכים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לומדים שתי מילים שדומות - נרדפות, ושתי מילים הפוכות - הפכים. בדף הזה נתרגל את זה.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מילה נרדפת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שדומה במשמעות שלה למילה אחרת, כמו שמח ועליז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הפך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הפוכה במשמעות, כמו גדול וקטן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מאגר מילים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אוסף גדול של מילים וזוגות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מילת היום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חדשה שלומדים כל יום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משחק זיכרון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משחק שבו מוצאים זוגות מתאימים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התאמה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לחבר בין שתי מילים שקשורות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לסדר מילים לפי קבוצות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אוצר מילים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המילים שאדם מכיר ומשתמש בהן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מה הקשר בין המילים?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שמח ועליז - נרדפות או הפכים?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נרדפות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הפכים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 קשורות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זהות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גדול וקטן - נרדפות או הפכים?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הפכים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נרדפות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זהות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קשורות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מהר וחיש - נרדפות או הפכים?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לא קשורות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זהות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נרדפות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הפכים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יום ולילה - נרדפות או הפכים?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זהות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הפכים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נרדפות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קשורות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יפה ונאה - נרדפות או הפכים?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הפכים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 קשורות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זהות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נרדפות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חם וקר - נרדפות או הפכים?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נרדפות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הפכים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זהות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קשורות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חכם ונבון - נרדפות או הפכים?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הפכים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 קשורות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נרדפות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זהות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פתוח וסגור - נרדפות או הפכים?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נרדפות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זהות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 קשורות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הפכים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גדול היא הפך של המילה קטן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שמח היא הפך של המילה עליז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אור וחושך הן מילים הפכים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מהר ולאט הן מילים נרדפות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גבוה ונמוך הן מילים הפכים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ההפך מהמילה יום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מילה נרדפת למילה גדול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ההפך מהמילה פתוח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מילה נרדפת למילה שמח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ההפך מהמילה עולה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כל מילה להפך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שמח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חושך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גבוה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עצוב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פתוח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לאט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נמוך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מהר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סגור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שיש בו שתי מילים נרדפות (למשל: שמח ועליז)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שבו יש מילה ואת ההפך שלה, בהשראת מילת היום סוף (למשל: התחלה וסוף)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מילה נרדפת? תנו דוגמה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הפך? תנו דוגמה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זוג מילים הפכים שלמדתם היום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מילים נרדפות והפכים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