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מבין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הקשר בין המילים?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ד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שתי המילים נרדפות, 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וחושך הפוכים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מהר ולאט הן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גבוה ונמוך הפוכים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שתי מילים נרדפות קרובות במשמעות, תחביר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שלם עם זוג מילים הפכים ברור, תחביר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נרדפת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הפך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הפכים תקין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מילת היום סוף כפתיחה ולבקש מהתלמידים למצוא נרדפת והפך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ארץ המילים לומדים על מילים נרדפות (מילים שדומות במשמעות) ועל הפכים (מילים הפוכות במשמעות), דרך משחקים ומילת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הקשר בין המילים?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שמח /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גדול /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מהר / חיש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יום /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יפה /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חם /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חכם / 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פתוח /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 היא הפך של המילה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שמח היא הפך של המילה עליז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וחושך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מהר ולאט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גבוה ונמוך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יום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גדול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פתוח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שמח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עולה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שתי מילים נרדפות (למשל: שמח ועליז)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יש מילה ואת ההפך שלה, בהשראת מילת היום סוף (למשל: התחלה וסוף)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מילים הפכים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